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38763" w14:textId="77777777" w:rsidR="00927B31" w:rsidRDefault="00E600C7">
      <w:pPr>
        <w:pStyle w:val="a8"/>
        <w:spacing w:after="80"/>
        <w:jc w:val="center"/>
      </w:pPr>
      <w:r>
        <w:rPr>
          <w:b/>
          <w:sz w:val="28"/>
        </w:rPr>
        <w:t>ΑΙΤΗΣΗ ΥΠΟΨΗΦΙΟΤΗΤΑΣ</w:t>
      </w:r>
    </w:p>
    <w:p w14:paraId="602DBA81" w14:textId="77777777" w:rsidR="00927B31" w:rsidRDefault="00E600C7">
      <w:pPr>
        <w:keepNext/>
        <w:shd w:val="clear" w:color="auto" w:fill="F6F3F5"/>
        <w:spacing w:before="140" w:after="80"/>
        <w:rPr>
          <w:rFonts w:hint="eastAsia"/>
        </w:rPr>
      </w:pPr>
      <w:r>
        <w:rPr>
          <w:b/>
          <w:color w:val="C44678"/>
        </w:rPr>
        <w:t>1.  ΠΡΟΣΩΠΙΚΑ ΣΤΟΙΧΕΙΑ (Συμπληρώνονται με κεφαλαία)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1814"/>
        <w:gridCol w:w="2268"/>
        <w:gridCol w:w="1020"/>
        <w:gridCol w:w="3969"/>
      </w:tblGrid>
      <w:tr w:rsidR="00927B31" w14:paraId="039B90D1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558C306" w14:textId="77777777" w:rsidR="00927B31" w:rsidRDefault="00E600C7">
            <w:pPr>
              <w:rPr>
                <w:rFonts w:hint="eastAsia"/>
              </w:rPr>
            </w:pPr>
            <w:r>
              <w:t>Επώνυμο: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93EA70E" w14:textId="77777777" w:rsidR="00927B31" w:rsidRDefault="00E600C7">
            <w:pPr>
              <w:rPr>
                <w:rFonts w:hint="eastAsia"/>
              </w:rPr>
            </w:pPr>
            <w:sdt>
              <w:sdtPr>
                <w:alias w:val="Επώνυμο:"/>
                <w:tag w:val="field_1"/>
                <w:id w:val="1001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00C4A5C0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20F5568" w14:textId="77777777" w:rsidR="00927B31" w:rsidRDefault="00E600C7">
            <w:pPr>
              <w:rPr>
                <w:rFonts w:hint="eastAsia"/>
              </w:rPr>
            </w:pPr>
            <w:r>
              <w:t>Όνομα: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14C2218" w14:textId="77777777" w:rsidR="00927B31" w:rsidRDefault="00E600C7">
            <w:pPr>
              <w:rPr>
                <w:rFonts w:hint="eastAsia"/>
              </w:rPr>
            </w:pPr>
            <w:sdt>
              <w:sdtPr>
                <w:alias w:val="Όνομα:"/>
                <w:tag w:val="field_2"/>
                <w:id w:val="1002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79B8B14B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317759E" w14:textId="77777777" w:rsidR="00927B31" w:rsidRDefault="00E600C7">
            <w:pPr>
              <w:rPr>
                <w:rFonts w:hint="eastAsia"/>
              </w:rPr>
            </w:pPr>
            <w:r>
              <w:t>Όνομα Πατέρα: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607F117" w14:textId="77777777" w:rsidR="00927B31" w:rsidRDefault="00E600C7">
            <w:pPr>
              <w:rPr>
                <w:rFonts w:hint="eastAsia"/>
              </w:rPr>
            </w:pPr>
            <w:sdt>
              <w:sdtPr>
                <w:alias w:val="Όνομα Πατέρα:"/>
                <w:tag w:val="field_3"/>
                <w:id w:val="1003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6073258A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D7679B4" w14:textId="77777777" w:rsidR="00927B31" w:rsidRDefault="00E600C7">
            <w:pPr>
              <w:rPr>
                <w:rFonts w:hint="eastAsia"/>
              </w:rPr>
            </w:pPr>
            <w:r>
              <w:t>Όνομα Μητρός: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527BC65" w14:textId="77777777" w:rsidR="00927B31" w:rsidRDefault="00E600C7">
            <w:pPr>
              <w:rPr>
                <w:rFonts w:hint="eastAsia"/>
              </w:rPr>
            </w:pPr>
            <w:sdt>
              <w:sdtPr>
                <w:alias w:val="Όνομα Μητρός:"/>
                <w:tag w:val="field_4"/>
                <w:id w:val="1004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6CF99790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C73F779" w14:textId="77777777" w:rsidR="00927B31" w:rsidRDefault="00E600C7">
            <w:pPr>
              <w:rPr>
                <w:rFonts w:hint="eastAsia"/>
              </w:rPr>
            </w:pPr>
            <w:r>
              <w:t>Ημερομηνία γέννησης: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7E9BCB7" w14:textId="77777777" w:rsidR="00927B31" w:rsidRDefault="00E600C7">
            <w:pPr>
              <w:rPr>
                <w:rFonts w:hint="eastAsia"/>
              </w:rPr>
            </w:pPr>
            <w:sdt>
              <w:sdtPr>
                <w:alias w:val="Ημερομηνία γέννησης:"/>
                <w:tag w:val="field_5"/>
                <w:id w:val="1005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49D11565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E385C69" w14:textId="77777777" w:rsidR="00927B31" w:rsidRDefault="00E600C7">
            <w:pPr>
              <w:rPr>
                <w:rFonts w:hint="eastAsia"/>
              </w:rPr>
            </w:pPr>
            <w:r>
              <w:t>Τόπος γέννησης: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33DED9B" w14:textId="77777777" w:rsidR="00927B31" w:rsidRDefault="00E600C7">
            <w:pPr>
              <w:rPr>
                <w:rFonts w:hint="eastAsia"/>
              </w:rPr>
            </w:pPr>
            <w:sdt>
              <w:sdtPr>
                <w:alias w:val="Τόπος γέννησης:"/>
                <w:tag w:val="field_6"/>
                <w:id w:val="1006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1B5B7D11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52EA578" w14:textId="77777777" w:rsidR="00927B31" w:rsidRDefault="00E600C7">
            <w:pPr>
              <w:rPr>
                <w:rFonts w:hint="eastAsia"/>
              </w:rPr>
            </w:pPr>
            <w:r>
              <w:t>Αριθμός ταυτότητας: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98EEE5F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ριθμός ταυτότητας:"/>
                <w:tag w:val="field_7"/>
                <w:id w:val="1007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29FB5FFF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FD9C4C0" w14:textId="77777777" w:rsidR="00927B31" w:rsidRDefault="00E600C7">
            <w:pPr>
              <w:rPr>
                <w:rFonts w:hint="eastAsia"/>
              </w:rPr>
            </w:pPr>
            <w:r>
              <w:t>Εκδούσα Αρχή: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05DCFD9" w14:textId="77777777" w:rsidR="00927B31" w:rsidRDefault="00E600C7">
            <w:pPr>
              <w:rPr>
                <w:rFonts w:hint="eastAsia"/>
              </w:rPr>
            </w:pPr>
            <w:sdt>
              <w:sdtPr>
                <w:alias w:val="Εκδούσα Αρχή:"/>
                <w:tag w:val="field_8"/>
                <w:id w:val="1008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4A2DA4B2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B9E7AE7" w14:textId="77777777" w:rsidR="00927B31" w:rsidRDefault="00E600C7">
            <w:pPr>
              <w:rPr>
                <w:rFonts w:hint="eastAsia"/>
              </w:rPr>
            </w:pPr>
            <w:r>
              <w:t>Υπηκοότητα: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9DDB9CB" w14:textId="77777777" w:rsidR="00927B31" w:rsidRDefault="00E600C7">
            <w:pPr>
              <w:rPr>
                <w:rFonts w:hint="eastAsia"/>
              </w:rPr>
            </w:pPr>
            <w:sdt>
              <w:sdtPr>
                <w:alias w:val="Υπηκοότητα:"/>
                <w:tag w:val="field_9"/>
                <w:id w:val="1009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0E464C61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414158F" w14:textId="77777777" w:rsidR="00927B31" w:rsidRDefault="00E600C7">
            <w:pPr>
              <w:rPr>
                <w:rFonts w:hint="eastAsia"/>
              </w:rPr>
            </w:pPr>
            <w:r>
              <w:t>ΑΜΚΑ: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18BE113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ΜΚΑ:"/>
                <w:tag w:val="field_10"/>
                <w:id w:val="1010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11BFFA9C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9ECDABD" w14:textId="77777777" w:rsidR="00927B31" w:rsidRDefault="00E600C7">
            <w:pPr>
              <w:rPr>
                <w:rFonts w:hint="eastAsia"/>
              </w:rPr>
            </w:pPr>
            <w:r>
              <w:t>ΑΦΜ 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E9052A9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ΦΜ :"/>
                <w:tag w:val="field_11"/>
                <w:id w:val="1011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52F208E5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CFDE4A7" w14:textId="77777777" w:rsidR="00927B31" w:rsidRDefault="00E600C7">
            <w:pPr>
              <w:rPr>
                <w:rFonts w:hint="eastAsia"/>
              </w:rPr>
            </w:pPr>
            <w:r>
              <w:t>Διεύθυνση κατοικίας: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3399411" w14:textId="77777777" w:rsidR="00927B31" w:rsidRDefault="00E600C7">
            <w:pPr>
              <w:rPr>
                <w:rFonts w:hint="eastAsia"/>
              </w:rPr>
            </w:pPr>
            <w:sdt>
              <w:sdtPr>
                <w:alias w:val="Διεύθυνση κατοικίας:"/>
                <w:tag w:val="field_12"/>
                <w:id w:val="1012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05147450" w14:textId="77777777">
        <w:trPr>
          <w:cantSplit/>
          <w:trHeight w:val="280"/>
          <w:jc w:val="center"/>
        </w:trPr>
        <w:tc>
          <w:tcPr>
            <w:tcW w:w="907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A4C264A" w14:textId="77777777" w:rsidR="00927B31" w:rsidRDefault="00E600C7">
            <w:pPr>
              <w:rPr>
                <w:rFonts w:hint="eastAsia"/>
              </w:rPr>
            </w:pPr>
            <w:r>
              <w:t>Οδός</w:t>
            </w:r>
          </w:p>
        </w:tc>
        <w:tc>
          <w:tcPr>
            <w:tcW w:w="4082" w:type="dxa"/>
            <w:gridSpan w:val="2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665C158" w14:textId="77777777" w:rsidR="00927B31" w:rsidRDefault="00E600C7">
            <w:pPr>
              <w:rPr>
                <w:rFonts w:hint="eastAsia"/>
              </w:rPr>
            </w:pPr>
            <w:sdt>
              <w:sdtPr>
                <w:alias w:val="Οδός"/>
                <w:tag w:val="field_13"/>
                <w:id w:val="1013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020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8B72C5A" w14:textId="77777777" w:rsidR="00927B31" w:rsidRDefault="00E600C7">
            <w:pPr>
              <w:rPr>
                <w:rFonts w:hint="eastAsia"/>
              </w:rPr>
            </w:pPr>
            <w:r>
              <w:t>Αριθμός</w:t>
            </w:r>
          </w:p>
        </w:tc>
        <w:tc>
          <w:tcPr>
            <w:tcW w:w="3969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62D5B4D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ριθμός"/>
                <w:tag w:val="field_14"/>
                <w:id w:val="1014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053EA397" w14:textId="77777777">
        <w:trPr>
          <w:cantSplit/>
          <w:trHeight w:val="280"/>
          <w:jc w:val="center"/>
        </w:trPr>
        <w:tc>
          <w:tcPr>
            <w:tcW w:w="907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CBEE4A5" w14:textId="77777777" w:rsidR="00927B31" w:rsidRDefault="00E600C7">
            <w:pPr>
              <w:rPr>
                <w:rFonts w:hint="eastAsia"/>
              </w:rPr>
            </w:pPr>
            <w:r>
              <w:t>Πόλη</w:t>
            </w:r>
          </w:p>
        </w:tc>
        <w:tc>
          <w:tcPr>
            <w:tcW w:w="4082" w:type="dxa"/>
            <w:gridSpan w:val="2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2568800" w14:textId="77777777" w:rsidR="00927B31" w:rsidRDefault="00E600C7">
            <w:pPr>
              <w:rPr>
                <w:rFonts w:hint="eastAsia"/>
              </w:rPr>
            </w:pPr>
            <w:sdt>
              <w:sdtPr>
                <w:alias w:val="Πόλη"/>
                <w:tag w:val="field_15"/>
                <w:id w:val="1015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020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CAC3DCC" w14:textId="77777777" w:rsidR="00927B31" w:rsidRDefault="00E600C7">
            <w:pPr>
              <w:rPr>
                <w:rFonts w:hint="eastAsia"/>
              </w:rPr>
            </w:pPr>
            <w:r>
              <w:t>Τ.Κ.</w:t>
            </w:r>
          </w:p>
        </w:tc>
        <w:tc>
          <w:tcPr>
            <w:tcW w:w="3969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6CB6DC3" w14:textId="77777777" w:rsidR="00927B31" w:rsidRDefault="00E600C7">
            <w:pPr>
              <w:rPr>
                <w:rFonts w:hint="eastAsia"/>
              </w:rPr>
            </w:pPr>
            <w:sdt>
              <w:sdtPr>
                <w:alias w:val="Τ.Κ."/>
                <w:tag w:val="field_16"/>
                <w:id w:val="1016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2ABEB01A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F1691D9" w14:textId="77777777" w:rsidR="00927B31" w:rsidRDefault="00E600C7">
            <w:pPr>
              <w:rPr>
                <w:rFonts w:hint="eastAsia"/>
              </w:rPr>
            </w:pPr>
            <w:r>
              <w:t>Τηλέφωνο κατοικίας: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FE6224D" w14:textId="77777777" w:rsidR="00927B31" w:rsidRDefault="00E600C7">
            <w:pPr>
              <w:rPr>
                <w:rFonts w:hint="eastAsia"/>
              </w:rPr>
            </w:pPr>
            <w:sdt>
              <w:sdtPr>
                <w:alias w:val="Τηλέφωνο κατοικίας:"/>
                <w:tag w:val="field_17"/>
                <w:id w:val="1017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07141BB6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0769DE6" w14:textId="77777777" w:rsidR="00927B31" w:rsidRDefault="00E600C7">
            <w:pPr>
              <w:rPr>
                <w:rFonts w:hint="eastAsia"/>
              </w:rPr>
            </w:pPr>
            <w:r>
              <w:t>Τηλέφωνο κινητό: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1947333" w14:textId="77777777" w:rsidR="00927B31" w:rsidRDefault="00E600C7">
            <w:pPr>
              <w:rPr>
                <w:rFonts w:hint="eastAsia"/>
              </w:rPr>
            </w:pPr>
            <w:sdt>
              <w:sdtPr>
                <w:alias w:val="Τηλέφωνο κινητό:"/>
                <w:tag w:val="field_18"/>
                <w:id w:val="1018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3A7FD5B3" w14:textId="77777777">
        <w:trPr>
          <w:cantSplit/>
          <w:trHeight w:val="280"/>
          <w:jc w:val="center"/>
        </w:trPr>
        <w:tc>
          <w:tcPr>
            <w:tcW w:w="2721" w:type="dxa"/>
            <w:gridSpan w:val="2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977C0BA" w14:textId="77777777" w:rsidR="00927B31" w:rsidRDefault="00E600C7">
            <w:pPr>
              <w:rPr>
                <w:rFonts w:hint="eastAsia"/>
              </w:rPr>
            </w:pPr>
            <w:r>
              <w:t>E-mail:</w:t>
            </w:r>
          </w:p>
        </w:tc>
        <w:tc>
          <w:tcPr>
            <w:tcW w:w="7257" w:type="dxa"/>
            <w:gridSpan w:val="3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2296E78" w14:textId="77777777" w:rsidR="00927B31" w:rsidRDefault="00E600C7">
            <w:pPr>
              <w:rPr>
                <w:rFonts w:hint="eastAsia"/>
              </w:rPr>
            </w:pPr>
            <w:sdt>
              <w:sdtPr>
                <w:alias w:val="E-mail:"/>
                <w:tag w:val="field_19"/>
                <w:id w:val="1019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55360147" w14:textId="77777777" w:rsidR="00927B31" w:rsidRDefault="00E600C7">
      <w:pPr>
        <w:keepNext/>
        <w:shd w:val="clear" w:color="auto" w:fill="F6F3F5"/>
        <w:spacing w:before="140" w:after="80"/>
        <w:rPr>
          <w:rFonts w:hint="eastAsia"/>
        </w:rPr>
      </w:pPr>
      <w:r>
        <w:rPr>
          <w:b/>
          <w:color w:val="C44678"/>
        </w:rPr>
        <w:t>2.  ΣΠΟΥΔΕΣ</w:t>
      </w:r>
    </w:p>
    <w:p w14:paraId="13DBE50D" w14:textId="77777777" w:rsidR="00927B31" w:rsidRDefault="00E600C7">
      <w:pPr>
        <w:spacing w:before="20" w:after="80"/>
        <w:rPr>
          <w:rFonts w:hint="eastAsia"/>
        </w:rPr>
      </w:pPr>
      <w:r>
        <w:rPr>
          <w:b/>
        </w:rPr>
        <w:t>Προπτυχιακές Σπουδές: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1701"/>
        <w:gridCol w:w="2154"/>
        <w:gridCol w:w="1701"/>
      </w:tblGrid>
      <w:tr w:rsidR="00927B31" w14:paraId="4016A8FA" w14:textId="77777777">
        <w:trPr>
          <w:cantSplit/>
          <w:trHeight w:val="600"/>
          <w:jc w:val="center"/>
        </w:trPr>
        <w:tc>
          <w:tcPr>
            <w:tcW w:w="4422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5EED88B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ΑΕΙ – Τμήμα</w:t>
            </w:r>
          </w:p>
        </w:tc>
        <w:tc>
          <w:tcPr>
            <w:tcW w:w="1701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6F64EDF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 xml:space="preserve">Περίοδος </w:t>
            </w:r>
            <w:r>
              <w:rPr>
                <w:b/>
                <w:sz w:val="16"/>
              </w:rPr>
              <w:t>Σπουδών</w:t>
            </w:r>
            <w:r>
              <w:rPr>
                <w:b/>
                <w:sz w:val="16"/>
              </w:rPr>
              <w:br/>
              <w:t>(έτη)</w:t>
            </w:r>
          </w:p>
        </w:tc>
        <w:tc>
          <w:tcPr>
            <w:tcW w:w="2154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23C9CF4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Ημερομηνία απονομής πτυχίου</w:t>
            </w:r>
          </w:p>
        </w:tc>
        <w:tc>
          <w:tcPr>
            <w:tcW w:w="1701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A5DEB3F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Βαθμός</w:t>
            </w:r>
            <w:r>
              <w:rPr>
                <w:b/>
                <w:sz w:val="16"/>
              </w:rPr>
              <w:br/>
              <w:t>(αριθμητικά)</w:t>
            </w:r>
          </w:p>
        </w:tc>
      </w:tr>
      <w:tr w:rsidR="00927B31" w14:paraId="19691123" w14:textId="77777777">
        <w:trPr>
          <w:cantSplit/>
          <w:trHeight w:val="460"/>
          <w:jc w:val="center"/>
        </w:trPr>
        <w:tc>
          <w:tcPr>
            <w:tcW w:w="4422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05D5789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ΕΙ – Τμήμα 1"/>
                <w:tag w:val="field_20"/>
                <w:id w:val="1020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7F3FF01" w14:textId="77777777" w:rsidR="00927B31" w:rsidRDefault="00E600C7">
            <w:pPr>
              <w:rPr>
                <w:rFonts w:hint="eastAsia"/>
              </w:rPr>
            </w:pPr>
            <w:sdt>
              <w:sdtPr>
                <w:alias w:val="Περίοδος Σπουδών&#10;(έτη) 1"/>
                <w:tag w:val="field_21"/>
                <w:id w:val="1021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2154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68ABA35" w14:textId="77777777" w:rsidR="00927B31" w:rsidRDefault="00E600C7">
            <w:pPr>
              <w:rPr>
                <w:rFonts w:hint="eastAsia"/>
              </w:rPr>
            </w:pPr>
            <w:sdt>
              <w:sdtPr>
                <w:alias w:val="Ημερομηνία απονομής πτυχίου 1"/>
                <w:tag w:val="field_22"/>
                <w:id w:val="1022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3164BDC" w14:textId="77777777" w:rsidR="00927B31" w:rsidRDefault="00E600C7">
            <w:pPr>
              <w:rPr>
                <w:rFonts w:hint="eastAsia"/>
              </w:rPr>
            </w:pPr>
            <w:sdt>
              <w:sdtPr>
                <w:alias w:val="Βαθμός&#10;(αριθμητικά) 1"/>
                <w:tag w:val="field_23"/>
                <w:id w:val="1023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3A05CFFF" w14:textId="77777777">
        <w:trPr>
          <w:cantSplit/>
          <w:trHeight w:val="460"/>
          <w:jc w:val="center"/>
        </w:trPr>
        <w:tc>
          <w:tcPr>
            <w:tcW w:w="4422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EC339DD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ΕΙ – Τμήμα 2"/>
                <w:tag w:val="field_24"/>
                <w:id w:val="1024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28FBE6F" w14:textId="77777777" w:rsidR="00927B31" w:rsidRDefault="00E600C7">
            <w:pPr>
              <w:rPr>
                <w:rFonts w:hint="eastAsia"/>
              </w:rPr>
            </w:pPr>
            <w:sdt>
              <w:sdtPr>
                <w:alias w:val="Περίοδος Σπουδών&#10;(έτη) 2"/>
                <w:tag w:val="field_25"/>
                <w:id w:val="1025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2154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F897892" w14:textId="77777777" w:rsidR="00927B31" w:rsidRDefault="00E600C7">
            <w:pPr>
              <w:rPr>
                <w:rFonts w:hint="eastAsia"/>
              </w:rPr>
            </w:pPr>
            <w:sdt>
              <w:sdtPr>
                <w:alias w:val="Ημερομηνία απονομής πτυχίου 2"/>
                <w:tag w:val="field_26"/>
                <w:id w:val="1026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7E3677D" w14:textId="77777777" w:rsidR="00927B31" w:rsidRDefault="00E600C7">
            <w:pPr>
              <w:rPr>
                <w:rFonts w:hint="eastAsia"/>
              </w:rPr>
            </w:pPr>
            <w:sdt>
              <w:sdtPr>
                <w:alias w:val="Βαθμός&#10;(αριθμητικά) 2"/>
                <w:tag w:val="field_27"/>
                <w:id w:val="1027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0C093C36" w14:textId="77777777" w:rsidR="00927B31" w:rsidRDefault="00E600C7">
      <w:pPr>
        <w:spacing w:before="140" w:after="80"/>
        <w:rPr>
          <w:rFonts w:hint="eastAsia"/>
        </w:rPr>
      </w:pPr>
      <w:r>
        <w:rPr>
          <w:b/>
        </w:rPr>
        <w:t>Διπλωματική – Πτυχιακή Εργασία: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3402"/>
        <w:gridCol w:w="2268"/>
        <w:gridCol w:w="1587"/>
      </w:tblGrid>
      <w:tr w:rsidR="00927B31" w14:paraId="37A9AB07" w14:textId="77777777">
        <w:trPr>
          <w:cantSplit/>
          <w:trHeight w:val="600"/>
          <w:jc w:val="center"/>
        </w:trPr>
        <w:tc>
          <w:tcPr>
            <w:tcW w:w="2721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9579D89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ΑΕΙ – Τμήμα</w:t>
            </w:r>
          </w:p>
        </w:tc>
        <w:tc>
          <w:tcPr>
            <w:tcW w:w="3402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1437A46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Τίτλος</w:t>
            </w:r>
          </w:p>
        </w:tc>
        <w:tc>
          <w:tcPr>
            <w:tcW w:w="2268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4B67950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Επιβλέπων Καθηγητής</w:t>
            </w:r>
          </w:p>
        </w:tc>
        <w:tc>
          <w:tcPr>
            <w:tcW w:w="1587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758E082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Βαθμός</w:t>
            </w:r>
          </w:p>
        </w:tc>
      </w:tr>
      <w:tr w:rsidR="00927B31" w14:paraId="06EA2892" w14:textId="77777777">
        <w:trPr>
          <w:cantSplit/>
          <w:trHeight w:val="460"/>
          <w:jc w:val="center"/>
        </w:trPr>
        <w:tc>
          <w:tcPr>
            <w:tcW w:w="2721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312F02E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ΕΙ – Τμήμα 1"/>
                <w:tag w:val="field_28"/>
                <w:id w:val="1028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3402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894D6E0" w14:textId="77777777" w:rsidR="00927B31" w:rsidRDefault="00E600C7">
            <w:pPr>
              <w:rPr>
                <w:rFonts w:hint="eastAsia"/>
              </w:rPr>
            </w:pPr>
            <w:sdt>
              <w:sdtPr>
                <w:alias w:val="Τίτλος 1"/>
                <w:tag w:val="field_29"/>
                <w:id w:val="1029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10411C3" w14:textId="77777777" w:rsidR="00927B31" w:rsidRDefault="00E600C7">
            <w:pPr>
              <w:rPr>
                <w:rFonts w:hint="eastAsia"/>
              </w:rPr>
            </w:pPr>
            <w:sdt>
              <w:sdtPr>
                <w:alias w:val="Επιβλέπων Καθηγητής 1"/>
                <w:tag w:val="field_30"/>
                <w:id w:val="1030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587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42A5420" w14:textId="77777777" w:rsidR="00927B31" w:rsidRDefault="00E600C7">
            <w:pPr>
              <w:rPr>
                <w:rFonts w:hint="eastAsia"/>
              </w:rPr>
            </w:pPr>
            <w:sdt>
              <w:sdtPr>
                <w:alias w:val="Βαθμός 1"/>
                <w:tag w:val="field_31"/>
                <w:id w:val="1031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3BAE994C" w14:textId="77777777">
        <w:trPr>
          <w:cantSplit/>
          <w:trHeight w:val="460"/>
          <w:jc w:val="center"/>
        </w:trPr>
        <w:tc>
          <w:tcPr>
            <w:tcW w:w="2721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0230D74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ΕΙ – Τμήμα 2"/>
                <w:tag w:val="field_32"/>
                <w:id w:val="1032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3402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BC7FF9F" w14:textId="77777777" w:rsidR="00927B31" w:rsidRDefault="00E600C7">
            <w:pPr>
              <w:rPr>
                <w:rFonts w:hint="eastAsia"/>
              </w:rPr>
            </w:pPr>
            <w:sdt>
              <w:sdtPr>
                <w:alias w:val="Τίτλος 2"/>
                <w:tag w:val="field_33"/>
                <w:id w:val="1033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2A6407F" w14:textId="77777777" w:rsidR="00927B31" w:rsidRDefault="00E600C7">
            <w:pPr>
              <w:rPr>
                <w:rFonts w:hint="eastAsia"/>
              </w:rPr>
            </w:pPr>
            <w:sdt>
              <w:sdtPr>
                <w:alias w:val="Επιβλέπων Καθηγητής 2"/>
                <w:tag w:val="field_34"/>
                <w:id w:val="1034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587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F04F16C" w14:textId="77777777" w:rsidR="00927B31" w:rsidRDefault="00E600C7">
            <w:pPr>
              <w:rPr>
                <w:rFonts w:hint="eastAsia"/>
              </w:rPr>
            </w:pPr>
            <w:sdt>
              <w:sdtPr>
                <w:alias w:val="Βαθμός 2"/>
                <w:tag w:val="field_35"/>
                <w:id w:val="1035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343BDA04" w14:textId="77777777" w:rsidR="00927B31" w:rsidRDefault="00E600C7">
      <w:pPr>
        <w:spacing w:before="140" w:after="80"/>
        <w:rPr>
          <w:rFonts w:hint="eastAsia"/>
        </w:rPr>
      </w:pPr>
      <w:r>
        <w:rPr>
          <w:b/>
        </w:rPr>
        <w:t>Μεταπτυχιακές Σπουδές: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288"/>
        <w:gridCol w:w="2608"/>
        <w:gridCol w:w="1417"/>
      </w:tblGrid>
      <w:tr w:rsidR="00927B31" w14:paraId="515976CD" w14:textId="77777777">
        <w:trPr>
          <w:cantSplit/>
          <w:trHeight w:val="600"/>
          <w:jc w:val="center"/>
        </w:trPr>
        <w:tc>
          <w:tcPr>
            <w:tcW w:w="2665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727AA62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ΑΕΙ – Τμήμα</w:t>
            </w:r>
          </w:p>
        </w:tc>
        <w:tc>
          <w:tcPr>
            <w:tcW w:w="3288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7C07720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Τίτλος</w:t>
            </w:r>
          </w:p>
        </w:tc>
        <w:tc>
          <w:tcPr>
            <w:tcW w:w="2608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DA6D47A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Ημερομηνία απονομής τίτλου (ή αναμενόμενη)</w:t>
            </w:r>
          </w:p>
        </w:tc>
        <w:tc>
          <w:tcPr>
            <w:tcW w:w="1417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4321B98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Βαθμός</w:t>
            </w:r>
          </w:p>
        </w:tc>
      </w:tr>
      <w:tr w:rsidR="00927B31" w14:paraId="36DFA65D" w14:textId="77777777">
        <w:trPr>
          <w:cantSplit/>
          <w:trHeight w:val="460"/>
          <w:jc w:val="center"/>
        </w:trPr>
        <w:tc>
          <w:tcPr>
            <w:tcW w:w="2665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02F757B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ΕΙ – Τμήμα 1"/>
                <w:tag w:val="field_36"/>
                <w:id w:val="1036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3288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7BAD5CF" w14:textId="77777777" w:rsidR="00927B31" w:rsidRDefault="00E600C7">
            <w:pPr>
              <w:rPr>
                <w:rFonts w:hint="eastAsia"/>
              </w:rPr>
            </w:pPr>
            <w:sdt>
              <w:sdtPr>
                <w:alias w:val="Τίτλος 1"/>
                <w:tag w:val="field_37"/>
                <w:id w:val="1037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2608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5A95639" w14:textId="77777777" w:rsidR="00927B31" w:rsidRDefault="00E600C7">
            <w:pPr>
              <w:rPr>
                <w:rFonts w:hint="eastAsia"/>
              </w:rPr>
            </w:pPr>
            <w:sdt>
              <w:sdtPr>
                <w:alias w:val="Ημερομηνία απονομής τίτλου (ή αναμενόμενη) 1"/>
                <w:tag w:val="field_38"/>
                <w:id w:val="1038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C5D6B06" w14:textId="77777777" w:rsidR="00927B31" w:rsidRDefault="00E600C7">
            <w:pPr>
              <w:rPr>
                <w:rFonts w:hint="eastAsia"/>
              </w:rPr>
            </w:pPr>
            <w:sdt>
              <w:sdtPr>
                <w:alias w:val="Βαθμός 1"/>
                <w:tag w:val="field_39"/>
                <w:id w:val="1039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74BB3534" w14:textId="77777777">
        <w:trPr>
          <w:cantSplit/>
          <w:trHeight w:val="460"/>
          <w:jc w:val="center"/>
        </w:trPr>
        <w:tc>
          <w:tcPr>
            <w:tcW w:w="2665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CFE07D1" w14:textId="77777777" w:rsidR="00927B31" w:rsidRDefault="00E600C7">
            <w:pPr>
              <w:rPr>
                <w:rFonts w:hint="eastAsia"/>
              </w:rPr>
            </w:pPr>
            <w:sdt>
              <w:sdtPr>
                <w:alias w:val="ΑΕΙ – Τμήμα 2"/>
                <w:tag w:val="field_40"/>
                <w:id w:val="1040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3288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87EA215" w14:textId="77777777" w:rsidR="00927B31" w:rsidRDefault="00E600C7">
            <w:pPr>
              <w:rPr>
                <w:rFonts w:hint="eastAsia"/>
              </w:rPr>
            </w:pPr>
            <w:sdt>
              <w:sdtPr>
                <w:alias w:val="Τίτλος 2"/>
                <w:tag w:val="field_41"/>
                <w:id w:val="1041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2608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D1CF292" w14:textId="77777777" w:rsidR="00927B31" w:rsidRDefault="00E600C7">
            <w:pPr>
              <w:rPr>
                <w:rFonts w:hint="eastAsia"/>
              </w:rPr>
            </w:pPr>
            <w:sdt>
              <w:sdtPr>
                <w:alias w:val="Ημερομηνία απονομής τίτλου (ή αναμενόμενη) 2"/>
                <w:tag w:val="field_42"/>
                <w:id w:val="1042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A929717" w14:textId="77777777" w:rsidR="00927B31" w:rsidRDefault="00E600C7">
            <w:pPr>
              <w:rPr>
                <w:rFonts w:hint="eastAsia"/>
              </w:rPr>
            </w:pPr>
            <w:sdt>
              <w:sdtPr>
                <w:alias w:val="Βαθμός 2"/>
                <w:tag w:val="field_43"/>
                <w:id w:val="1043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4CF502A7" w14:textId="77777777" w:rsidR="00927B31" w:rsidRDefault="00E600C7">
      <w:pPr>
        <w:rPr>
          <w:rFonts w:hint="eastAsia"/>
        </w:rPr>
      </w:pPr>
      <w:r>
        <w:br w:type="page"/>
      </w:r>
    </w:p>
    <w:p w14:paraId="6E7396C2" w14:textId="77777777" w:rsidR="00927B31" w:rsidRDefault="00E600C7">
      <w:pPr>
        <w:keepNext/>
        <w:shd w:val="clear" w:color="auto" w:fill="F6F3F5"/>
        <w:spacing w:before="140" w:after="80"/>
        <w:rPr>
          <w:rFonts w:hint="eastAsia"/>
        </w:rPr>
      </w:pPr>
      <w:r>
        <w:rPr>
          <w:b/>
          <w:color w:val="C44678"/>
        </w:rPr>
        <w:lastRenderedPageBreak/>
        <w:t>3.  ΕΠΙΣΤΗΜΟΝΙΚΟ ΕΡΓΟ – ΕΡΕΥΝΗΤΙΚΗ ΔΡΑΣΤΗΡΙΟΤΗΤΑ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257"/>
      </w:tblGrid>
      <w:tr w:rsidR="00927B31" w14:paraId="1B632601" w14:textId="77777777">
        <w:trPr>
          <w:cantSplit/>
          <w:trHeight w:val="280"/>
          <w:jc w:val="center"/>
        </w:trPr>
        <w:tc>
          <w:tcPr>
            <w:tcW w:w="2721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36B855D" w14:textId="77777777" w:rsidR="00927B31" w:rsidRDefault="00E600C7">
            <w:pPr>
              <w:rPr>
                <w:rFonts w:hint="eastAsia"/>
              </w:rPr>
            </w:pPr>
            <w:r>
              <w:t>Ίδρυμα/Εργαστήριο:</w:t>
            </w:r>
          </w:p>
        </w:tc>
        <w:tc>
          <w:tcPr>
            <w:tcW w:w="7257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EE8286A" w14:textId="77777777" w:rsidR="00927B31" w:rsidRDefault="00E600C7">
            <w:pPr>
              <w:rPr>
                <w:rFonts w:hint="eastAsia"/>
              </w:rPr>
            </w:pPr>
            <w:sdt>
              <w:sdtPr>
                <w:alias w:val="Ίδρυμα/Εργαστήριο:"/>
                <w:tag w:val="field_44"/>
                <w:id w:val="1044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36233738" w14:textId="77777777">
        <w:trPr>
          <w:cantSplit/>
          <w:trHeight w:val="280"/>
          <w:jc w:val="center"/>
        </w:trPr>
        <w:tc>
          <w:tcPr>
            <w:tcW w:w="2721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5B5B061" w14:textId="77777777" w:rsidR="00927B31" w:rsidRDefault="00E600C7">
            <w:pPr>
              <w:rPr>
                <w:rFonts w:hint="eastAsia"/>
              </w:rPr>
            </w:pPr>
            <w:r>
              <w:t>Χρονική διάρκεια:</w:t>
            </w:r>
          </w:p>
        </w:tc>
        <w:tc>
          <w:tcPr>
            <w:tcW w:w="7257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63C6608" w14:textId="77777777" w:rsidR="00927B31" w:rsidRDefault="00E600C7">
            <w:pPr>
              <w:rPr>
                <w:rFonts w:hint="eastAsia"/>
              </w:rPr>
            </w:pPr>
            <w:sdt>
              <w:sdtPr>
                <w:alias w:val="Χρονική διάρκεια:"/>
                <w:tag w:val="field_45"/>
                <w:id w:val="1045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36760662" w14:textId="77777777">
        <w:trPr>
          <w:cantSplit/>
          <w:trHeight w:val="280"/>
          <w:jc w:val="center"/>
        </w:trPr>
        <w:tc>
          <w:tcPr>
            <w:tcW w:w="2721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00A31EB" w14:textId="77777777" w:rsidR="00927B31" w:rsidRDefault="00E600C7">
            <w:pPr>
              <w:rPr>
                <w:rFonts w:hint="eastAsia"/>
              </w:rPr>
            </w:pPr>
            <w:r>
              <w:t>Υπεύθυνος Καθηγητής:</w:t>
            </w:r>
          </w:p>
        </w:tc>
        <w:tc>
          <w:tcPr>
            <w:tcW w:w="7257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229BE4B" w14:textId="77777777" w:rsidR="00927B31" w:rsidRDefault="00E600C7">
            <w:pPr>
              <w:rPr>
                <w:rFonts w:hint="eastAsia"/>
              </w:rPr>
            </w:pPr>
            <w:sdt>
              <w:sdtPr>
                <w:alias w:val="Υπεύθυνος Καθηγητής:"/>
                <w:tag w:val="field_46"/>
                <w:id w:val="1046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68DFBB7C" w14:textId="77777777" w:rsidR="00927B31" w:rsidRDefault="00E600C7">
      <w:pPr>
        <w:spacing w:before="220" w:after="80"/>
        <w:rPr>
          <w:rFonts w:hint="eastAsia"/>
        </w:rPr>
      </w:pPr>
      <w:r>
        <w:t>Δημοσιεύσεις σε ελληνικά ή διεθνή περιοδικά: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"/>
        <w:gridCol w:w="9666"/>
      </w:tblGrid>
      <w:tr w:rsidR="00927B31" w14:paraId="5A1803C1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A2874BD" w14:textId="77777777" w:rsidR="00927B31" w:rsidRDefault="00E600C7">
            <w:pPr>
              <w:rPr>
                <w:rFonts w:hint="eastAsia"/>
              </w:rPr>
            </w:pPr>
            <w:r>
              <w:t>1.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D1357B2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1"/>
                <w:tag w:val="field_47"/>
                <w:id w:val="1047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7ECD4A9E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654F6E0" w14:textId="77777777" w:rsidR="00927B31" w:rsidRDefault="00E600C7">
            <w:pPr>
              <w:rPr>
                <w:rFonts w:hint="eastAsia"/>
              </w:rPr>
            </w:pPr>
            <w:r>
              <w:t>2.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48FE190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2"/>
                <w:tag w:val="field_48"/>
                <w:id w:val="1048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6843E043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4B49286" w14:textId="77777777" w:rsidR="00927B31" w:rsidRDefault="00E600C7">
            <w:pPr>
              <w:rPr>
                <w:rFonts w:hint="eastAsia"/>
              </w:rPr>
            </w:pPr>
            <w:r>
              <w:t>3.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E65F3B9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3"/>
                <w:tag w:val="field_49"/>
                <w:id w:val="1049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3B7BDEAA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EFF654D" w14:textId="77777777" w:rsidR="00927B31" w:rsidRDefault="00E600C7">
            <w:pPr>
              <w:rPr>
                <w:rFonts w:hint="eastAsia"/>
              </w:rPr>
            </w:pPr>
            <w:r>
              <w:t>4.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6DDF138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4"/>
                <w:tag w:val="field_50"/>
                <w:id w:val="1050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1A19FA33" w14:textId="77777777" w:rsidR="00927B31" w:rsidRDefault="00E600C7">
      <w:pPr>
        <w:spacing w:before="200" w:after="80"/>
        <w:rPr>
          <w:rFonts w:hint="eastAsia"/>
        </w:rPr>
      </w:pPr>
      <w:r>
        <w:rPr>
          <w:sz w:val="17"/>
        </w:rPr>
        <w:t>Αναρτημένες ή προφορικές ανακοινώσεις σε ελληνικά ή διεθνή συνέδρια: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"/>
        <w:gridCol w:w="9666"/>
      </w:tblGrid>
      <w:tr w:rsidR="00927B31" w14:paraId="232C254A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1A03337" w14:textId="77777777" w:rsidR="00927B31" w:rsidRDefault="00E600C7">
            <w:pPr>
              <w:rPr>
                <w:rFonts w:hint="eastAsia"/>
              </w:rPr>
            </w:pPr>
            <w:r>
              <w:t>1.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9D9CA21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1"/>
                <w:tag w:val="field_51"/>
                <w:id w:val="1051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479809B3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F9F3E6E" w14:textId="77777777" w:rsidR="00927B31" w:rsidRDefault="00E600C7">
            <w:pPr>
              <w:rPr>
                <w:rFonts w:hint="eastAsia"/>
              </w:rPr>
            </w:pPr>
            <w:r>
              <w:t>2.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B2AE4CA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2"/>
                <w:tag w:val="field_52"/>
                <w:id w:val="1052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7392808A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EB8FC95" w14:textId="77777777" w:rsidR="00927B31" w:rsidRDefault="00E600C7">
            <w:pPr>
              <w:rPr>
                <w:rFonts w:hint="eastAsia"/>
              </w:rPr>
            </w:pPr>
            <w:r>
              <w:t>3.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09BEB0D5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3"/>
                <w:tag w:val="field_53"/>
                <w:id w:val="1053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24392706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65A31EE" w14:textId="77777777" w:rsidR="00927B31" w:rsidRDefault="00E600C7">
            <w:pPr>
              <w:rPr>
                <w:rFonts w:hint="eastAsia"/>
              </w:rPr>
            </w:pPr>
            <w:r>
              <w:t>4.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D3A64C8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4"/>
                <w:tag w:val="field_54"/>
                <w:id w:val="1054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3F9AC6E7" w14:textId="77777777" w:rsidR="00927B31" w:rsidRDefault="00E600C7">
      <w:pPr>
        <w:keepNext/>
        <w:shd w:val="clear" w:color="auto" w:fill="F6F3F5"/>
        <w:spacing w:before="140" w:after="80"/>
        <w:rPr>
          <w:rFonts w:hint="eastAsia"/>
        </w:rPr>
      </w:pPr>
      <w:r>
        <w:rPr>
          <w:b/>
          <w:color w:val="C44678"/>
        </w:rPr>
        <w:t xml:space="preserve">4.  ΚΛΙΝΙΚΗ Ή </w:t>
      </w:r>
      <w:r>
        <w:rPr>
          <w:b/>
          <w:color w:val="C44678"/>
        </w:rPr>
        <w:t>ΕΠΑΓΓΕΛΜΑΤΙΚΗ ΕΜΠΕΙΡΙΑ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"/>
        <w:gridCol w:w="9666"/>
      </w:tblGrid>
      <w:tr w:rsidR="00927B31" w14:paraId="573FB8F7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FCD6ED3" w14:textId="77777777" w:rsidR="00927B31" w:rsidRDefault="00E600C7">
            <w:pPr>
              <w:rPr>
                <w:rFonts w:hint="eastAsia"/>
              </w:rPr>
            </w:pPr>
            <w:r>
              <w:t>1.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721657F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1"/>
                <w:tag w:val="field_55"/>
                <w:id w:val="1055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75FC1510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2A7B113" w14:textId="77777777" w:rsidR="00927B31" w:rsidRDefault="00E600C7">
            <w:pPr>
              <w:rPr>
                <w:rFonts w:hint="eastAsia"/>
              </w:rPr>
            </w:pPr>
            <w:r>
              <w:t>2.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640FB79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2"/>
                <w:tag w:val="field_56"/>
                <w:id w:val="1056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3F3A96C8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2C10B49" w14:textId="77777777" w:rsidR="00927B31" w:rsidRDefault="00E600C7">
            <w:pPr>
              <w:rPr>
                <w:rFonts w:hint="eastAsia"/>
              </w:rPr>
            </w:pPr>
            <w:r>
              <w:t>3.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2DACEC1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3"/>
                <w:tag w:val="field_57"/>
                <w:id w:val="1057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72B3495F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5B75A3C" w14:textId="77777777" w:rsidR="00927B31" w:rsidRDefault="00E600C7">
            <w:pPr>
              <w:rPr>
                <w:rFonts w:hint="eastAsia"/>
              </w:rPr>
            </w:pPr>
            <w:r>
              <w:t>4.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60D9900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4"/>
                <w:tag w:val="field_58"/>
                <w:id w:val="1058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6312C070" w14:textId="77777777" w:rsidR="00927B31" w:rsidRDefault="00E600C7">
      <w:pPr>
        <w:keepNext/>
        <w:shd w:val="clear" w:color="auto" w:fill="F6F3F5"/>
        <w:spacing w:before="140" w:after="80"/>
        <w:rPr>
          <w:rFonts w:hint="eastAsia"/>
        </w:rPr>
      </w:pPr>
      <w:r>
        <w:rPr>
          <w:b/>
          <w:color w:val="C44678"/>
        </w:rPr>
        <w:t>5.  ΞΕΝΕΣ ΓΛΩΣΣΕΣ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329"/>
        <w:gridCol w:w="1587"/>
      </w:tblGrid>
      <w:tr w:rsidR="00927B31" w14:paraId="5EDF693B" w14:textId="77777777">
        <w:trPr>
          <w:cantSplit/>
          <w:trHeight w:val="460"/>
          <w:jc w:val="center"/>
        </w:trPr>
        <w:tc>
          <w:tcPr>
            <w:tcW w:w="3061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16D7D80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Γλώσσα</w:t>
            </w:r>
          </w:p>
        </w:tc>
        <w:tc>
          <w:tcPr>
            <w:tcW w:w="5329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0747828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Πιστοποιητικό</w:t>
            </w:r>
          </w:p>
        </w:tc>
        <w:tc>
          <w:tcPr>
            <w:tcW w:w="1587" w:type="dxa"/>
            <w:tcBorders>
              <w:top w:val="single" w:sz="4" w:space="0" w:color="B9BDC1"/>
              <w:left w:val="single" w:sz="4" w:space="0" w:color="B9BDC1"/>
              <w:bottom w:val="single" w:sz="4" w:space="0" w:color="C44678"/>
              <w:right w:val="single" w:sz="4" w:space="0" w:color="B9BDC1"/>
            </w:tcBorders>
            <w:shd w:val="clear" w:color="auto" w:fill="F6F3F5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F327C82" w14:textId="77777777" w:rsidR="00927B31" w:rsidRDefault="00E600C7">
            <w:pPr>
              <w:rPr>
                <w:rFonts w:hint="eastAsia"/>
              </w:rPr>
            </w:pPr>
            <w:r>
              <w:rPr>
                <w:b/>
                <w:sz w:val="16"/>
              </w:rPr>
              <w:t>Βαθμός</w:t>
            </w:r>
          </w:p>
        </w:tc>
      </w:tr>
      <w:tr w:rsidR="00927B31" w14:paraId="09DC17E0" w14:textId="77777777">
        <w:trPr>
          <w:cantSplit/>
          <w:trHeight w:val="360"/>
          <w:jc w:val="center"/>
        </w:trPr>
        <w:tc>
          <w:tcPr>
            <w:tcW w:w="3061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BD4ECC0" w14:textId="77777777" w:rsidR="00927B31" w:rsidRDefault="00E600C7">
            <w:pPr>
              <w:rPr>
                <w:rFonts w:hint="eastAsia"/>
              </w:rPr>
            </w:pPr>
            <w:r>
              <w:t>Αγγλική</w:t>
            </w:r>
          </w:p>
        </w:tc>
        <w:tc>
          <w:tcPr>
            <w:tcW w:w="5329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28B664D" w14:textId="77777777" w:rsidR="00927B31" w:rsidRDefault="00E600C7">
            <w:pPr>
              <w:rPr>
                <w:rFonts w:hint="eastAsia"/>
              </w:rPr>
            </w:pPr>
            <w:sdt>
              <w:sdtPr>
                <w:alias w:val="Πιστοποιητικό 1"/>
                <w:tag w:val="field_59"/>
                <w:id w:val="1059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587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8E08F08" w14:textId="77777777" w:rsidR="00927B31" w:rsidRDefault="00E600C7">
            <w:pPr>
              <w:rPr>
                <w:rFonts w:hint="eastAsia"/>
              </w:rPr>
            </w:pPr>
            <w:sdt>
              <w:sdtPr>
                <w:alias w:val="Βαθμός 1"/>
                <w:tag w:val="field_60"/>
                <w:id w:val="1060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4684D773" w14:textId="77777777">
        <w:trPr>
          <w:cantSplit/>
          <w:trHeight w:val="360"/>
          <w:jc w:val="center"/>
        </w:trPr>
        <w:tc>
          <w:tcPr>
            <w:tcW w:w="3061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B8CAA6A" w14:textId="77777777" w:rsidR="00927B31" w:rsidRDefault="00E600C7">
            <w:pPr>
              <w:rPr>
                <w:rFonts w:hint="eastAsia"/>
              </w:rPr>
            </w:pPr>
            <w:sdt>
              <w:sdtPr>
                <w:alias w:val="Γλώσσα 2"/>
                <w:tag w:val="field_61"/>
                <w:id w:val="1061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5329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E728DA2" w14:textId="77777777" w:rsidR="00927B31" w:rsidRDefault="00E600C7">
            <w:pPr>
              <w:rPr>
                <w:rFonts w:hint="eastAsia"/>
              </w:rPr>
            </w:pPr>
            <w:sdt>
              <w:sdtPr>
                <w:alias w:val="Πιστοποιητικό 2"/>
                <w:tag w:val="field_62"/>
                <w:id w:val="1062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587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BB0539F" w14:textId="77777777" w:rsidR="00927B31" w:rsidRDefault="00E600C7">
            <w:pPr>
              <w:rPr>
                <w:rFonts w:hint="eastAsia"/>
              </w:rPr>
            </w:pPr>
            <w:sdt>
              <w:sdtPr>
                <w:alias w:val="Βαθμός 2"/>
                <w:tag w:val="field_63"/>
                <w:id w:val="1063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7072AE50" w14:textId="77777777">
        <w:trPr>
          <w:cantSplit/>
          <w:trHeight w:val="360"/>
          <w:jc w:val="center"/>
        </w:trPr>
        <w:tc>
          <w:tcPr>
            <w:tcW w:w="3061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14A24B3" w14:textId="77777777" w:rsidR="00927B31" w:rsidRDefault="00E600C7">
            <w:pPr>
              <w:rPr>
                <w:rFonts w:hint="eastAsia"/>
              </w:rPr>
            </w:pPr>
            <w:sdt>
              <w:sdtPr>
                <w:alias w:val="Γλώσσα 3"/>
                <w:tag w:val="field_64"/>
                <w:id w:val="1064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5329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46EE3A2" w14:textId="77777777" w:rsidR="00927B31" w:rsidRDefault="00E600C7">
            <w:pPr>
              <w:rPr>
                <w:rFonts w:hint="eastAsia"/>
              </w:rPr>
            </w:pPr>
            <w:sdt>
              <w:sdtPr>
                <w:alias w:val="Πιστοποιητικό 3"/>
                <w:tag w:val="field_65"/>
                <w:id w:val="1065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587" w:type="dxa"/>
            <w:tcBorders>
              <w:top w:val="single" w:sz="4" w:space="0" w:color="B9BDC1"/>
              <w:left w:val="single" w:sz="4" w:space="0" w:color="B9BDC1"/>
              <w:bottom w:val="single" w:sz="4" w:space="0" w:color="B9BDC1"/>
              <w:right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D1F9A63" w14:textId="77777777" w:rsidR="00927B31" w:rsidRDefault="00E600C7">
            <w:pPr>
              <w:rPr>
                <w:rFonts w:hint="eastAsia"/>
              </w:rPr>
            </w:pPr>
            <w:sdt>
              <w:sdtPr>
                <w:alias w:val="Βαθμός 3"/>
                <w:tag w:val="field_66"/>
                <w:id w:val="1066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7A96380F" w14:textId="77777777" w:rsidR="00927B31" w:rsidRDefault="00E600C7">
      <w:pPr>
        <w:keepNext/>
        <w:shd w:val="clear" w:color="auto" w:fill="F6F3F5"/>
        <w:spacing w:before="140" w:after="80"/>
        <w:rPr>
          <w:rFonts w:hint="eastAsia"/>
        </w:rPr>
      </w:pPr>
      <w:r>
        <w:rPr>
          <w:b/>
          <w:color w:val="C44678"/>
        </w:rPr>
        <w:t>8.  ΣΥΣΤΑΤΙΚΕΣ ΕΠΙΣΤΟΛΕΣ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"/>
        <w:gridCol w:w="9666"/>
      </w:tblGrid>
      <w:tr w:rsidR="00927B31" w14:paraId="4592B2BE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FF1812C" w14:textId="77777777" w:rsidR="00927B31" w:rsidRDefault="00E600C7">
            <w:pPr>
              <w:rPr>
                <w:rFonts w:hint="eastAsia"/>
              </w:rPr>
            </w:pPr>
            <w:r>
              <w:t>1.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EF55A37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1"/>
                <w:tag w:val="field_67"/>
                <w:id w:val="1067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17FCBE41" w14:textId="77777777">
        <w:trPr>
          <w:cantSplit/>
          <w:trHeight w:val="280"/>
          <w:jc w:val="center"/>
        </w:trPr>
        <w:tc>
          <w:tcPr>
            <w:tcW w:w="312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7DFF6CC" w14:textId="77777777" w:rsidR="00927B31" w:rsidRDefault="00E600C7">
            <w:pPr>
              <w:rPr>
                <w:rFonts w:hint="eastAsia"/>
              </w:rPr>
            </w:pPr>
            <w:r>
              <w:t>2.</w:t>
            </w:r>
          </w:p>
        </w:tc>
        <w:tc>
          <w:tcPr>
            <w:tcW w:w="9666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60BA66E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 2"/>
                <w:tag w:val="field_68"/>
                <w:id w:val="1068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561B737E" w14:textId="77777777" w:rsidR="00927B31" w:rsidRDefault="00E600C7">
      <w:pPr>
        <w:keepNext/>
        <w:shd w:val="clear" w:color="auto" w:fill="F6F3F5"/>
        <w:spacing w:before="140" w:after="80"/>
        <w:rPr>
          <w:rFonts w:hint="eastAsia"/>
        </w:rPr>
      </w:pPr>
      <w:r>
        <w:rPr>
          <w:b/>
          <w:color w:val="C44678"/>
        </w:rPr>
        <w:t xml:space="preserve">9.  ΥΠΟΤΡΟΦΙΕΣ – ΒΡΑΒΕΙΑ – </w:t>
      </w:r>
      <w:r>
        <w:rPr>
          <w:b/>
          <w:color w:val="C44678"/>
        </w:rPr>
        <w:t>ΔΙΑΚΡΙΣΕΙΣ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927B31" w14:paraId="58462E2E" w14:textId="77777777">
        <w:trPr>
          <w:cantSplit/>
          <w:trHeight w:val="280"/>
          <w:jc w:val="center"/>
        </w:trPr>
        <w:tc>
          <w:tcPr>
            <w:tcW w:w="9978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762A853B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"/>
                <w:tag w:val="field_69"/>
                <w:id w:val="1069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51E547A2" w14:textId="77777777">
        <w:trPr>
          <w:cantSplit/>
          <w:trHeight w:val="280"/>
          <w:jc w:val="center"/>
        </w:trPr>
        <w:tc>
          <w:tcPr>
            <w:tcW w:w="9978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7667D65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"/>
                <w:tag w:val="field_70"/>
                <w:id w:val="1070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079FA249" w14:textId="77777777">
        <w:trPr>
          <w:cantSplit/>
          <w:trHeight w:val="280"/>
          <w:jc w:val="center"/>
        </w:trPr>
        <w:tc>
          <w:tcPr>
            <w:tcW w:w="9978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63F9F7AD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"/>
                <w:tag w:val="field_71"/>
                <w:id w:val="1071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1221765B" w14:textId="77777777" w:rsidR="00927B31" w:rsidRDefault="00E600C7">
      <w:pPr>
        <w:keepNext/>
        <w:shd w:val="clear" w:color="auto" w:fill="F6F3F5"/>
        <w:spacing w:before="140" w:after="80"/>
        <w:rPr>
          <w:rFonts w:hint="eastAsia"/>
        </w:rPr>
      </w:pPr>
      <w:r>
        <w:rPr>
          <w:b/>
          <w:color w:val="C44678"/>
        </w:rPr>
        <w:t>7.  ΑΛΛΕΣ ΔΡΑΣΤΗΡΙΟΤΗΤΕΣ ΚΑΙ ΕΠΙΤΕΥΓΜΑΤΑ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927B31" w14:paraId="58588C3D" w14:textId="77777777">
        <w:trPr>
          <w:cantSplit/>
          <w:trHeight w:val="280"/>
          <w:jc w:val="center"/>
        </w:trPr>
        <w:tc>
          <w:tcPr>
            <w:tcW w:w="9978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28C63E80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"/>
                <w:tag w:val="field_72"/>
                <w:id w:val="1072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6AA7F53E" w14:textId="77777777">
        <w:trPr>
          <w:cantSplit/>
          <w:trHeight w:val="280"/>
          <w:jc w:val="center"/>
        </w:trPr>
        <w:tc>
          <w:tcPr>
            <w:tcW w:w="9978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808F4E6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"/>
                <w:tag w:val="field_73"/>
                <w:id w:val="1073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  <w:tr w:rsidR="00927B31" w14:paraId="46ADF665" w14:textId="77777777">
        <w:trPr>
          <w:cantSplit/>
          <w:trHeight w:val="280"/>
          <w:jc w:val="center"/>
        </w:trPr>
        <w:tc>
          <w:tcPr>
            <w:tcW w:w="9978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4878359F" w14:textId="77777777" w:rsidR="00927B31" w:rsidRDefault="00E600C7">
            <w:pPr>
              <w:rPr>
                <w:rFonts w:hint="eastAsia"/>
              </w:rPr>
            </w:pPr>
            <w:sdt>
              <w:sdtPr>
                <w:alias w:val="Καταχώριση"/>
                <w:tag w:val="field_74"/>
                <w:id w:val="1074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1AD24E2B" w14:textId="77777777" w:rsidR="00927B31" w:rsidRDefault="00927B31">
      <w:pPr>
        <w:spacing w:before="16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3458"/>
        <w:gridCol w:w="1644"/>
        <w:gridCol w:w="3515"/>
      </w:tblGrid>
      <w:tr w:rsidR="00927B31" w14:paraId="131C855A" w14:textId="77777777">
        <w:trPr>
          <w:cantSplit/>
          <w:trHeight w:val="340"/>
          <w:jc w:val="center"/>
        </w:trPr>
        <w:tc>
          <w:tcPr>
            <w:tcW w:w="1361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10D9A6C" w14:textId="77777777" w:rsidR="00927B31" w:rsidRDefault="00E600C7">
            <w:pPr>
              <w:rPr>
                <w:rFonts w:hint="eastAsia"/>
              </w:rPr>
            </w:pPr>
            <w:r>
              <w:t>Υπογραφή:</w:t>
            </w:r>
          </w:p>
        </w:tc>
        <w:tc>
          <w:tcPr>
            <w:tcW w:w="3458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51E9C9B2" w14:textId="77777777" w:rsidR="00927B31" w:rsidRDefault="00E600C7">
            <w:pPr>
              <w:rPr>
                <w:rFonts w:hint="eastAsia"/>
              </w:rPr>
            </w:pPr>
            <w:sdt>
              <w:sdtPr>
                <w:alias w:val="Υπογραφή:"/>
                <w:tag w:val="field_75"/>
                <w:id w:val="1075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  <w:tc>
          <w:tcPr>
            <w:tcW w:w="1644" w:type="dxa"/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10EB8ECE" w14:textId="77777777" w:rsidR="00927B31" w:rsidRDefault="00E600C7">
            <w:pPr>
              <w:rPr>
                <w:rFonts w:hint="eastAsia"/>
              </w:rPr>
            </w:pPr>
            <w:r>
              <w:t>Ημερομηνία:</w:t>
            </w:r>
          </w:p>
        </w:tc>
        <w:tc>
          <w:tcPr>
            <w:tcW w:w="3515" w:type="dxa"/>
            <w:tcBorders>
              <w:bottom w:val="single" w:sz="4" w:space="0" w:color="B9BDC1"/>
            </w:tcBorders>
            <w:tcMar>
              <w:top w:w="15" w:type="dxa"/>
              <w:left w:w="65" w:type="dxa"/>
              <w:bottom w:w="15" w:type="dxa"/>
              <w:right w:w="65" w:type="dxa"/>
            </w:tcMar>
            <w:vAlign w:val="center"/>
          </w:tcPr>
          <w:p w14:paraId="37D21FD8" w14:textId="77777777" w:rsidR="00927B31" w:rsidRDefault="00E600C7">
            <w:pPr>
              <w:rPr>
                <w:rFonts w:hint="eastAsia"/>
              </w:rPr>
            </w:pPr>
            <w:sdt>
              <w:sdtPr>
                <w:alias w:val="Ημερομηνία:"/>
                <w:tag w:val="field_76"/>
                <w:id w:val="1076"/>
                <w:text w:multiLine="1"/>
              </w:sdtPr>
              <w:sdtEndPr/>
              <w:sdtContent>
                <w:r>
                  <w:t xml:space="preserve">   </w:t>
                </w:r>
              </w:sdtContent>
            </w:sdt>
          </w:p>
        </w:tc>
      </w:tr>
    </w:tbl>
    <w:p w14:paraId="4834860B" w14:textId="77777777" w:rsidR="00000000" w:rsidRDefault="00E600C7"/>
    <w:sectPr w:rsidR="00000000" w:rsidSect="00034616">
      <w:headerReference w:type="default" r:id="rId8"/>
      <w:pgSz w:w="11906" w:h="16838"/>
      <w:pgMar w:top="1984" w:right="964" w:bottom="680" w:left="964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2D7A9" w14:textId="77777777" w:rsidR="00000000" w:rsidRDefault="00E600C7">
      <w:pPr>
        <w:rPr>
          <w:rFonts w:hint="eastAsia"/>
        </w:rPr>
      </w:pPr>
      <w:r>
        <w:separator/>
      </w:r>
    </w:p>
  </w:endnote>
  <w:endnote w:type="continuationSeparator" w:id="0">
    <w:p w14:paraId="2B164205" w14:textId="77777777" w:rsidR="00000000" w:rsidRDefault="00E600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71E41" w14:textId="77777777" w:rsidR="00000000" w:rsidRDefault="00E600C7">
      <w:pPr>
        <w:rPr>
          <w:rFonts w:hint="eastAsia"/>
        </w:rPr>
      </w:pPr>
      <w:r>
        <w:separator/>
      </w:r>
    </w:p>
  </w:footnote>
  <w:footnote w:type="continuationSeparator" w:id="0">
    <w:p w14:paraId="21C27EA4" w14:textId="77777777" w:rsidR="00000000" w:rsidRDefault="00E600C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720F" w14:textId="77777777" w:rsidR="00927B31" w:rsidRDefault="00927B31">
    <w:pPr>
      <w:pStyle w:val="a5"/>
      <w:spacing w:line="20" w:lineRule="exact"/>
      <w:rPr>
        <w:rFonts w:hint="eastAsia"/>
      </w:rPr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927B31" w14:paraId="2ED9A31B" w14:textId="77777777">
      <w:tc>
        <w:tcPr>
          <w:tcW w:w="4989" w:type="dxa"/>
          <w:vAlign w:val="center"/>
        </w:tcPr>
        <w:p w14:paraId="6AF2A348" w14:textId="77777777" w:rsidR="00927B31" w:rsidRDefault="00E600C7">
          <w:pPr>
            <w:rPr>
              <w:rFonts w:hint="eastAsia"/>
            </w:rPr>
          </w:pPr>
          <w:r>
            <w:rPr>
              <w:noProof/>
            </w:rPr>
            <w:drawing>
              <wp:inline distT="0" distB="0" distL="0" distR="0" wp14:anchorId="3BFBE98D" wp14:editId="4A3BA502">
                <wp:extent cx="2232000" cy="68048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kp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2000" cy="6804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9" w:type="dxa"/>
          <w:vAlign w:val="center"/>
        </w:tcPr>
        <w:p w14:paraId="796EE87B" w14:textId="77777777" w:rsidR="00927B31" w:rsidRDefault="00E600C7">
          <w:pPr>
            <w:jc w:val="right"/>
            <w:rPr>
              <w:rFonts w:hint="eastAsia"/>
            </w:rPr>
          </w:pPr>
          <w:r>
            <w:rPr>
              <w:noProof/>
            </w:rPr>
            <w:drawing>
              <wp:inline distT="0" distB="0" distL="0" distR="0" wp14:anchorId="6D360EF2" wp14:editId="4DE85638">
                <wp:extent cx="1764000" cy="947019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4000" cy="947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E53165A" w14:textId="77777777" w:rsidR="00927B31" w:rsidRDefault="00927B31">
    <w:pPr>
      <w:pBdr>
        <w:bottom w:val="single" w:sz="8" w:space="0" w:color="C44678"/>
      </w:pBdr>
      <w:spacing w:line="20" w:lineRule="exac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7541213">
    <w:abstractNumId w:val="8"/>
  </w:num>
  <w:num w:numId="2" w16cid:durableId="296691025">
    <w:abstractNumId w:val="6"/>
  </w:num>
  <w:num w:numId="3" w16cid:durableId="982005534">
    <w:abstractNumId w:val="5"/>
  </w:num>
  <w:num w:numId="4" w16cid:durableId="82993616">
    <w:abstractNumId w:val="4"/>
  </w:num>
  <w:num w:numId="5" w16cid:durableId="1315644876">
    <w:abstractNumId w:val="7"/>
  </w:num>
  <w:num w:numId="6" w16cid:durableId="1304892247">
    <w:abstractNumId w:val="3"/>
  </w:num>
  <w:num w:numId="7" w16cid:durableId="1574316287">
    <w:abstractNumId w:val="2"/>
  </w:num>
  <w:num w:numId="8" w16cid:durableId="945119607">
    <w:abstractNumId w:val="1"/>
  </w:num>
  <w:num w:numId="9" w16cid:durableId="2142722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27B31"/>
    <w:rsid w:val="00AA1D8D"/>
    <w:rsid w:val="00B47730"/>
    <w:rsid w:val="00CB0664"/>
    <w:rsid w:val="00DA08AF"/>
    <w:rsid w:val="00E600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2D1FB"/>
  <w14:defaultImageDpi w14:val="300"/>
  <w15:docId w15:val="{6F7C4003-E65C-4ECC-8268-9FBBA1EE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DejaVu Sans" w:hAnsi="DejaVu Sans"/>
      <w:color w:val="565B61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C44678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C44678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C44678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Aikaterini Roukana</cp:lastModifiedBy>
  <cp:revision>2</cp:revision>
  <dcterms:created xsi:type="dcterms:W3CDTF">2026-10-21T21:18:00Z</dcterms:created>
  <dcterms:modified xsi:type="dcterms:W3CDTF">2026-10-21T21:18:00Z</dcterms:modified>
  <cp:category/>
</cp:coreProperties>
</file>